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מרכיבי מבנה סיפור: פתיחה, התפתחות, שיא,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ולכתוב סיפור שלם ומגובש המבוסס על גירוי כתיבה נתון (משפט או קוביות)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את הכתיבה באמצעות מילות קישור מגוונות ושפה תיאורית-חושית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הערכה עצמית של טקסט כתוב לפי קריטריונים ברורים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גלגל הפתיחות: פתיחה, סוף ותפנית – היכרות עם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פתיחה, סוף או תפנית לאמצע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שירה לירית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גלגל הפתיחות: פתיחה, סוף ותפנית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גלגל הפתיחות: פתיחה, סוף ותפנית – התאמה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(מסע או דרך אל הבלתי נודע)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(תעלומה שיש לפענח)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(עולם עם קסם או יצורים דמיוניים)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(עלילה המתרחשת בתקופה מהעבר)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קוביות סיפור והר הסיפור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דמות, מקום ובעיה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לנעול קובייה אחת ולהטיל את השאר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קוביות סיפור והר הסיפור – בניית עלילה משולבת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נמלה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הסתבכות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הסתבכות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קוביות סיפור והר הסיפור – התאמה וסדר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(היכרות עם הדמות, המקום והזמן)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(משהו קורה ומניע את העלילה קדימה)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(הבעיה מסתבכת והמתח גובר)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(הרגע הכי דרמטי ומתוח בסיפור)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מחסן מילים: מילות קישור ושפה תיאורית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מחסן מילים: מילות קישור ושפה תיאורית – התאמה לפי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(תנועה)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מחסן מילים: מילות קישור ושפה תיאורית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מחברת הכתיבה: תכנון, כתיבה ובדיקה – היכרות עם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חלק א' כולל דמויות, מקום, זמן, בעיה, שיא ופתרון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הרשימה כוללת 8 תבחינים, מהחיבור למשפט ועד בדיקת כתיב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מחברת הכתיבה: תכנון, כתיבה ובדיקה – הכרת הרכיבים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מחיר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מחברת הכתיבה: תכנון, כתיבה ובדיקה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מחברת הכתיבה: תכנון, כתיבה ובדיקה – התאמת שאלות לרכיבים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 בסיפור, איך הן נראות ומה הן רוצות)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(איפה זה קורה, מה רואים שומעים ומריחים)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(מתי מתרחש הסיפור - בוקר, לילה, עבר או 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משתבש ומה הדמות צריכה להשיג)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מאגר המשפטים: סוגות, שכבות וניתוח – היכרות עם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מאגר המשפטים: סוגות, שכבות וניתוח – תשובות אמת/שקר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האתר מאפשר סינון לפי סוגה, שכבה וסוג המשפט (פתיחה/סוף/תפנית).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משפט משויך לסוגה אחת מסוימת, כמו הרפתקה או מדע בדיוני.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מאגר המשפטים: סוגות, שכבות וניתוח – השוואת שכבות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הרפתקה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מאגר המשפטים: סוגות, שכבות וניתוח – ניתוח והשוואה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כתיבה יוצרת: מהרעיון לסיפור שלם – הכרת הכלים והמבנה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פתיחה, אירוע, הסתבכות, שיא, פתרון, 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דמות, מקום, בעיה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לבדוק נוכחות ברורה של ארבעת מרכיבי המבנה, ושהשיא מהווה נקודת מפנה אמיתית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לאתר לפחות שלוש מילות קישור ממשפחות שונות (זמן, ניגוד, סיבה וכד') ולפחות שני תיאורים חושיים או דימוי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לוודא שהעלילה נאמנת לרעיון המקורי (הדמות, המקום, הבעיה או המשפט) ולא סוטה ממנו ללא הצדקה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החוברת לשלושה עד ארבעה מפגשים: מבנה ומילות קישור במפגש אחד, תכנון וכתיבה במפגש שני, בדיקה ושכתוב במפגש 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בגרסת חנ״מ עם משפטים קצרים יותר ומשימות כתיבה במקטעים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מומלץ להיעזר במילון בהקשה ובמחסן המילים לפני תחילת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שכתוב: אחרי מילוי כרטיס הבדיקה העצמית, לתת הזדמנות לשפר קטע אחד בסיפור לפי הממצאים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את כל שלבי כתיבת הסיפור הקצר - מבחירת גירוי השראה ועד לכתיבת טקסט שלם ובדיקתו. עבדו לפי סדר הפרקים, ונסו ליישם בכל תרגיל את מה שלמדתם בפרק הקודם. שמרו על הסיפורים שכתבתם - ייתכן שתרצו לחזור ולשפר אותם בסוף החוברת.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הרפתקה  ·  ג'  ·  תיכון  ·  נמלה  ·  אמצע  ·  3  ·  הסתבכות  ·  סיום  ·  הסתבכות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גלגל הפתיחות: פתיחה, סוף ותפנית – היכרות עם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אפשר להגריל בגלגל הפתיחות?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משפטי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פתיחה, סוף או תפנית לאמצע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משפטי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שלבים מרכיבים את מבנה 'הר הסיפור'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מהסוגות הבאות אינה מופיעה ברשימת הסוגות בגלגל הפתיחות?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מתח ובלשי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מדע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שירה לירית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גלגל הפתיחות: פתיחה, סוף ותפנית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כשבוחרים באפשרות 'פתיחה וסוף' בגלגל, המשימה היא לכתוב את ה__________ שביניהם.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הרצף הנכון בהר הסיפור הוא: פתיחה, אירוע, הסתבכות, שיא, פתרון,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גלגל הפתיחות: פתיחה, סוף ותפנית – התאמה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הרפתקה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עלילה המתרחשת בתקופה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מתח ובלשי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עולם עם קסם או יצורים דמיוניים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פנטזיה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תעלומה שיש לפענח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היסטורי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מסע או דרך אל הבלתי נודע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קוביות סיפור והר הסיפור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שלוש הקוביות שמטילים במשחק קוביות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דמות, מקום ובעיה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זמן, מקום וסוף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דמות, זמן ופתרון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שלבים כוללת מתכונת 'הר הסיפור'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אפשרות קיימת כשמטילים את הקוביות ורוצים לשמור על אלמנט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לנעול קובייה אחת ולהטיל את השאר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להטיל את כל הקוביות מחדש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לבחור רק דמות בלי מקום ובעיה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קוביות סיפור והר הסיפור – בניית עלילה משולבת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בדוגמה באתר, קוביית הדמות הראתה __________ עם חלום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השלב שבו מתגלה הבעיה או המכשול המרכזי בסיפור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לפני ה'שיא' ואחרי ה'אירוע' נמצא בהר הסיפור השלב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קוביות סיפור והר הסיפור – התאמה וסדר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הרגע הכי דרמטי ומתוח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אירוע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הבעיה מסתבכת והמתח גובר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הסתבכות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משהו קורה ומניע את העלילה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היכרות עם הדמות, המקום והזמן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מחסן מילים: מילות קישור ושפה תיאורית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הבאות מבטאת ניגוד בין שני חלקי 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'כתוצאה מכך' שייכת לקבוצת: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המילה 'אילו' משמשת בעיקר לציון: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הוספה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מחסן מילים: מילות קישור ושפה תיאורית – התאמה לפי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לעומת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תנועה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בעקבות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זינק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מחסן מילים: מילות קישור ושפה תיאורית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מחברת הכתיבה: תכנון, כתיבה ובדיקה – היכרות עם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חלק א' במחברת הכתיבה נקרא 'מתכננים' וכולל שישה רכיבים לתכנון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רשימת התבחינים בחלק ג' כוללת 8 סעיפים לבדיקה עצמית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מחברת הכתיבה: תכנון, כתיבה ובדיקה – הכרת הרכיבים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משבצת אינה חלק ממסגרת התכנון (חלק א')?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מחיר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מחברת הכתיבה: תכנון, כתיבה ובדיקה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בחלק __________ בודקים את הסיפור לפי רשימת תבחינים ומחוון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רשימת התבחינים, כדי שהסיפור יזרום יש להשתמש בלפחות __________ מילות קישור שונות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מחברת הכתיבה: תכנון, כתיבה ובדיקה – התאמת שאלות לרכיבים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דמויות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משתבש ומה הדמות צריכה להשיג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מתי מתרחש הסיפור - בוקר, לילה, עבר או 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 בסיפור, איך הן נראות ומה הן רוצות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בעיה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איפה זה קורה, מה רואים שומעים ומריחים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מאגר המשפטים: סוגות, שכבות וניתוח – היכרות עם 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משפטי פתיחה קיימים במאגר המשפטים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סוגות שונות אפשר לסנן לפיהן את משפטי ההשראה במאגר (למשל הרפתקה, מתח ובלשי, מדע בדיוני ועוד)?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מאגר המשפטים: סוגות, שכבות וניתוח – תשובות אמת/שקר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במאגר המשפטים אפשר לסנן משפטים גם לפי שכבת גיל: יסודי, חטיבת ביניים ותיכון.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משפט במאגר מתאים בו־זמנית לכמה סוגות שונות.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מאגר המשפטים: סוגות, שכבות וניתוח – השוואת שכבות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המשפט 'מי השאיר מפה קטנה בתוך הנעל שלי?' משויך לסוגת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המשפט 'השביל נגמר. הצעדים שלי, משום מה, לא.' הוא משפט פתיחה בסוגת הרפתקה ברמת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מאגר המשפטים: סוגות, שכבות וניתוח – ניתוח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כתיבה יוצרת: מהרעיון לסיפור שלם – הכרת הכלים והמבנה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הסדר הנכון של שלבי מבנה הסיפור במשחק הר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שיא, פתיחה, פתרון, אירוע, סיום, הסתבכות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פתיחה, אירוע, הסתבכות, שיא, פתרון,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פתיחה, שיא, אירוע, הסתבכות, סיום,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קוביות הסיפור באתר משלבות שלושה יסודות - אילו?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זמן, מקום,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דמות, מקום,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דיאלוג, תיאור, סיום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הצלחתי לבנות סיפור עם פתיחה, התפתחות, שיא וסיום ברורים?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מילות קישור שונות ואיזה סוגי שפה תיאורית (חושים, דימויים) שילבתי בכתיבה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פותחים סיפור · סוגרים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