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מרכיבי מבנה סיפור: פתיחה, התפתחות, שיא,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ולכתוב סיפור שלם ומגובש המבוסס על גירוי כתיבה נתון (משפט או קוביות)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את הכתיבה באמצעות מילות קישור מגוונות ושפה תיאורית-חושית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הערכה עצמית של טקסט כתוב לפי קריטריונים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גלגל הפתיחות: פתיחה, סוף ותפנית – היכרות עם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פתיחה, סוף או תפנית לאמצע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שירה לירית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משפטים ספרותיים רב-שכבתיים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גלגל הפתיחות: פתיחה, סוף ותפנית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גלגל הפתיחות: פתיחה, סוף ותפנית – התאמה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(מסע או דרך אל הבלתי נודע)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(תעלומה שיש לפענח)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(עולם עם קסם או יצורים דמיוניים)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(עלילה המתרחשת בתקופה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(אירוע המתרחש בסביבה מוכרת ושגרתית)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קוביות סיפור והר הסיפור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דמות, מקום ובעיה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לנעול קובייה אחת ולהטיל את השאר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הרגע הכי מותח או מרגש בעלילה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קוביות סיפור והר הסיפור – בניית עלילה משולבת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הסתבכות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הסתבכות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קוביות סיפור והר הסיפור – התאמה וסדר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(היכרות עם הדמות, המקום והזמן)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(משהו קורה ומניע את העלילה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(הבעיה מסתבכת והמתח גובר)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(הרגע הכי דרמטי ומתוח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(הדמות מוצאת דרך להתמודד עם הבעיה)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(סגירת הסיפור ואיך הדברים השתנו)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מחסן מילים: מילות קישור ושפה תיאורית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לחש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מחסן מילים: מילות קישור ושפה תיאורית – התאמה לפי 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(תנועה)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מחסן מילים: מילות קישור ושפה תיאורית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'הוא לחש שהוא מפחד' / 'הוא גמגם שהוא מפחד' – הפועל מחליף את המילה הכללית 'אמר' ומוסיף מידע על הרגש.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'הלב שלו החסיר פעימה כששמע את השם שלו'.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ראשון עם האירוע, משפט שני עם תוצאתו, מחוברים במילת תוצאה מתאימה.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מילות קישור מגוונות מבהירות את הקשר בין הרעיונות (זמן, סיבה, תוצאה) והופכות את הטקסט לברור ועשיר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מחברת הכתיבה: תכנון, כתיבה ובדיקה – היכרות עם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חלק א' כולל דמויות, מקום, זמן, בעיה, שיא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הרשימה כוללת 8 תבחינים, מהחיבור למשפט ועד בדיקת כתיב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התהליך המוצע מתחיל דווקא בתכנון מסודר של רכיבי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מחברת הכתיבה: תכנון, כתיבה ובדיקה – הכרת הרכיבים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מחיר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מחברת הכתיבה: תכנון, כתיבה ובדיקה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מחברת הכתיבה: תכנון, כתיבה ובדיקה – התאמת שאלות לרכיבים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בסיפור, איך הן נראות ומה הן רוצות)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(איפה זה קורה, מה רואים שומעים ומריחים)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(מתי מתרחש הסיפור - בוקר, לילה, עבר או 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משתבש ומה הדמות צריכה להשיג)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(הרגע הכי מותח או מרגש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(איך הבעיה נפתרת ומה השתנה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מאגר המשפטים: סוגות, שכבות וניתוח – היכרות עם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משפטים ספרותיים רב־שכבתיים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מאגר המשפטים: סוגות, שכבות וניתוח – תשובות אמת/שקר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האתר מאפשר סינון לפי סוגה, שכבה וסוג המשפט (פתיחה/סוף/תפנית).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משפט משויך לסוגה אחת מסוימת, כמו הרפתקה או מדע בדיוני.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באתר מצוינים 50 תפניות בנוסף לפתיחות ולסופים.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מאגר המשפטים: סוגות, שכבות וניתוח – השוואת שכבות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פרשנות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מאגר המשפטים: סוגות, שכבות וניתוח – ניתוח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משפט התיכון מרמז על כמה פרשנויות אפשריות ויוצר אי־ודאות, ואילו משפט היסודי מציג מצב ברור ומוחשי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כתיבה יוצרת: מהרעיון לסיפור שלם – הכרת הכלים והמבנה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פתיחה, אירוע, הסתבכות, שיא, פתרון,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דמות, מקום,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נוכחות ברורה של ארבעת מרכיבי המבנה, ושהשיא מהווה נקודת מפנה אמיתית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לאתר לפחות שלוש מילות קישור ממשפחות שונות (זמן, ניגוד, סיבה וכד') ולפחות שני תיאורים חושיים או דימוי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לוודא שהעלילה נאמנת לרעיון המקורי (הדמות, המקום, הבעיה או המשפט) ולא סוטה ממנו ללא הצדקה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לשלושה עד ארבעה מפגשים: מבנה ומילות קישור במפגש אחד, תכנון וכתיבה במפגש שני, בדיקה ושכתוב במפגש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בגרסת חנ״מ עם משפטים קצרים יותר ומשימות כתיבה במקטעים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מומלץ להיעזר במילון בהקשה ובמחסן המילים לפני תחילת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שכתוב: אחרי מילוי כרטיס הבדיקה העצמית, לתת הזדמנות לשפר קטע אחד בסיפור לפי הממצאים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✍️ פותחים סיפור · סוגרים 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פותחים סיפור · סוגרים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כל שלבי כתיבת הסיפור הקצר - מבחירת גירוי השראה ועד לכתיבת טקסט שלם ובדיקתו. עבדו לפי סדר הפרקים, ונסו ליישם בכל תרגיל את מה שלמדתם בפרק הקודם. שמרו על הסיפורים שכתבתם - ייתכן שתרצו לחזור ולשפר אותם בסוף החוברת.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גלגל הפתיחות: פתיחה, סוף ותפנית – היכרות עם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להגריל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משפטי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פתיחה, סוף או תפנית לאמצע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משפטי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שמות של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מרכיבים את מבנה 'הר הסיפור'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מהסוגות הבאות אינה מופיעה ברשימת הסוגות בגלגל הפתיחות?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מתח ובלשי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מדע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שירה לירית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אגדה ומשל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המאפיין הבולט של מסלול 'תיכון · רגיל' בבחירת המסלולים?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ניקוד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משפטים קצרים ומוחשיים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משפטים ספרותיים רב-שכבתיים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 בהקשה לכל 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גלגל הפתיחות: פתיחה, סוף ותפנית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כשבוחרים באפשרות 'פתיחה וסוף' בגלגל, המשימה היא לכתוב את ה__________ שביניהם.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הרצף הנכון בהר הסיפור הוא: פתיחה, אירוע, הסתבכות, שיא, פתרון,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גלגל הפתיחות: פתיחה, סוף ותפנית – התאמה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אירוע המתרחש בסביבה מוכרת ושגרתית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מתח ובלשי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מסע או דרך אל הבלתי נודע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פנטזיה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עלילה המתרחשת בתקופה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היסטורי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תעלומה שיש לפענח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יומיום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עולם עם קסם או יצורים דמיוניים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קוביות סיפור והר הסיפור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שלוש הקוביות שמטילים במשחק קוביות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דמות,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זמן, מקום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דמות, זמן ופתרון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מקום, שיא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כוללת מתכונת 'הר הסיפור'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אפשרות קיימת כשמטילים את הקוביות ורוצים לשמור על אלמנט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לנעול קובייה אחת ולהטיל את השאר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להטיל את כל הקוביות מחדש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לבחור רק דמות בלי מקום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לשנות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תפקיד השלב 'שיא' במבנה 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הרגע הכי מותח או מרגש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ההיכרות הראשונה עם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רגוע של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המקום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קוביות סיפור והר הסיפור – בניית עלילה משולבת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בדוגמה באתר, קוביית הדמות הראתה __________ עם חלום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שבו מתגלה הבעיה או המכשול המרכזי בסיפור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ה'שיא' ואחרי ה'אירוע' נמצא בהר הסיפור השלב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השלב האחרון בהר הסיפור, אחרי שהבעיה נפתרת,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קוביות סיפור והר הסיפור – התאמה וסדר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סגירת הסיפור ואיך הדברים השתנו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הרגע הכי דרמטי ומתוח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הסתבכות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היכרות עם הדמות, המקום והזמן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הבעיה מסתבכת והמתח גובר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משהו קורה ומניע את העלילה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הדמות מוצאת דרך להתמודד עם הבעיה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מחסן מילים: מילות קישור ושפה תיאורית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מבטאת ניגוד בין שני חלקי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המילה 'כתוצאה מכך' שייכת לקבוצת: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'אילו' משמשת בעיקר לציון: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הביטוי 'התמלא גאווה' מתאר: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במקום לכתוב 'אמר', אפשר להשתמש בפועל דיבור כמו: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מחסן מילים: מילות קישור ושפה תיאורית – התאמה לפי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לעומת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בעקבות 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הוספה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זינק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יתרה מזאת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תנועה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כך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מחסן מילים: מילות קישור ושפה תיאורית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פעמיים את המשפט 'הוא אמר שהוא מפחד', כל פעם עם פועל דיבור אחר ממחסן המילים, כך שהרגש יהיה ברור יותר.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רגש בלי להשתמש במילה 'הרגיש', באמצעות שפת גוף או תגובה פיזית.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תפנית מהאתר (למשל: דמות מגלה סוד) וכתבו שני משפטים המחוברים במילת תוצאה כמו 'לכן' או 'כתוצאה מכך'.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במשפט אחד מדוע שימוש במגוון מילות קישור (ולא רק 'ו' ו'אבל') משפר 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מחברת הכתיבה: תכנון, כתיבה ובדיקה – היכרות עם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א' במחברת הכתיבה נקרא 'מתכננים' וכולל שישה רכיבים לתכנון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התבחינים בחלק ג' כוללת 8 סעיפים לבדיקה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 טוב בלי לתכנן מראש דמויות, מקום וזמן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מחברת הכתיבה: תכנון, כתיבה ובדיקה – הכרת הרכיבים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משבצת אינה חלק ממסגרת התכנון (חלק א')?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מחברת הכתיבה: תכנון, כתיבה ובדיקה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בחלק __________ בודקים את הסיפור לפי רשימת תבחינים ומחוון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רשימת התבחינים, כדי שהסיפור יזרום יש להשתמש בלפחות __________ מילות קישור שונות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מחברת הכתיבה: תכנון, כתיבה ובדיקה – התאמת שאלות לרכיבים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הבעיה נפתרת ומה השתנה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משתבש ומה הדמות צריכה להשיג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זה קורה, מה רואים שומעים ומריחים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מתי מתרחש הסיפור - בוקר, לילה, עבר או 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בסיפור, איך הן נראות ומה הן רוצות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הרגע הכי מותח או מרגש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מאגר המשפטים: סוגות, שכבות וניתוח – היכרות עם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משפטי פתיחה קיימים במאגר המשפטים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סוגות שונות אפשר לסנן לפיהן את משפטי ההשראה במאגר (למשל הרפתקה, מתח ובלשי, מדע בדיוני ועוד)?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הסגנון האופייני שמוצג באתר למשפטי השראה ברמת תיכון (מסלול רגיל)?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משפטים ספרותיים רב־שכבתיים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קצר מנוקד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עברית פשוטה בלי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קצר עד 10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מאגר המשפטים: סוגות, שכבות וניתוח – תשובות אמת/שקר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המשפטים אפשר לסנן משפטים גם לפי שכבת גיל: יסודי, חטיבת ביניים ותיכון.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משפט במאגר מתאים בו־זמנית לכמה סוגות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המאגר כולל גם משפטי תפנית לאמצע הסיפור, לא רק פתיחות וסופים.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מאגר המשפטים: סוגות, שכבות וניתוח – השוואת שכבות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'מי השאיר מפה קטנה בתוך הנעל שלי?' משויך לסוגת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המשפט 'השביל נגמר. הצעדים שלי, משום מה, לא.' הוא משפט פתיחה בסוגת הרפתקה ברמת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לעומת משפט היסודי הישיר, משפט התיכון 'השביל נגמר...' משאיר יותר מקום ל__________ של הקורא.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מאגר המשפטים: סוגות, שכבות וניתוח – ניתוח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המרכזי בין משפט הפתיחה של ההרפתקה ברמת יסודי ('מי השאיר מפה קטנה בתוך הנעל שלי?') לבין משפט הפתיחה ברמת תיכון ('השביל נגמר. הצעדים שלי, משום מה, לא.')?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התיכון מרמז על כמה פרשנויות אפשריות ויוצר אי־ודאות, ואילו משפט היסודי מציג מצב ברור ומוחשי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התיכון קצר יותר ופשוט יותר להבנה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משמעותי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היסודי משתמש במילים גבוהות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כתיבה יוצרת: מהרעיון לסיפור שלם – הכרת הכלים והמבנה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הסדר הנכון של שלבי מבנה הסיפור במשחק 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שיא, פתיחה, פתרון, אירוע, סיום, הסתבכות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פתיחה, אירוע, הסתבכות, שיא, פתרון,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פתיחה, שיא, אירוע, הסתבכות, סיום,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אירוע, פתיחה, הסתבכות, סיום, שיא,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קוביות הסיפור באתר משלבות שלושה יסודות - אילו?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זמן, מקום,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דיאלוג, תיאור,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פתיחה, שיא,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הקישור 'לעומת זאת' שייכת לאיזה תפקיד במחסן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לבנות סיפור עם פתיחה, התפתחות, שיא וסיום ברורים?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מילות קישור שונות ואיזה סוגי שפה תיאורית (חושים, דימויים) שילבתי בכתיבה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הסיפור שכתבתי מתחבר באופן הגיוני למשפט ההשראה או לקוביות שבחרתי?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פותחים סיפור · סוגרים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